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DF565C" w14:textId="77777777" w:rsidR="002A7742" w:rsidRDefault="00000000">
      <w:pPr>
        <w:jc w:val="right"/>
      </w:pPr>
      <w:r>
        <w:rPr>
          <w:noProof/>
        </w:rPr>
        <w:drawing>
          <wp:inline distT="0" distB="0" distL="0" distR="0" wp14:anchorId="41620BDD" wp14:editId="696DFF10">
            <wp:extent cx="1463040" cy="9759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scgp sans fond(2)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97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0DB6A" w14:textId="77777777" w:rsidR="002A7742" w:rsidRDefault="00000000" w:rsidP="00013B67">
      <w:pPr>
        <w:pStyle w:val="Titre1"/>
        <w:jc w:val="center"/>
      </w:pPr>
      <w:r>
        <w:t>DOSSIER DE CANDIDATURE</w:t>
      </w:r>
    </w:p>
    <w:p w14:paraId="53981095" w14:textId="4280D730" w:rsidR="00013B67" w:rsidRPr="00013B67" w:rsidRDefault="00000000" w:rsidP="00013B67">
      <w:pPr>
        <w:pStyle w:val="NormalWeb"/>
        <w:jc w:val="center"/>
      </w:pPr>
      <w:r>
        <w:rPr>
          <w:b/>
          <w:sz w:val="40"/>
        </w:rPr>
        <w:t xml:space="preserve">Prix Jean-Laurent Medhi </w:t>
      </w:r>
      <w:r>
        <w:rPr>
          <w:b/>
          <w:sz w:val="40"/>
        </w:rPr>
        <w:br/>
      </w:r>
      <w:r>
        <w:t>Société de Chirurgie Gynécologique et Pelvienne</w:t>
      </w:r>
      <w:r>
        <w:br/>
      </w:r>
      <w:r w:rsidR="00013B67">
        <w:t xml:space="preserve">Dotation de </w:t>
      </w:r>
      <w:r w:rsidR="00013B67">
        <w:rPr>
          <w:rStyle w:val="lev"/>
        </w:rPr>
        <w:t>1 000 €</w:t>
      </w:r>
      <w:r w:rsidR="00013B67">
        <w:t xml:space="preserve"> </w:t>
      </w:r>
      <w:r w:rsidR="00013B67">
        <w:t xml:space="preserve">destinée à soutenir la participation à un </w:t>
      </w:r>
      <w:r w:rsidR="00013B67">
        <w:rPr>
          <w:rStyle w:val="lev"/>
        </w:rPr>
        <w:t>congrès international</w:t>
      </w:r>
    </w:p>
    <w:p w14:paraId="3FEE6319" w14:textId="0BC11486" w:rsidR="002A7742" w:rsidRDefault="002A7742">
      <w:pPr>
        <w:jc w:val="center"/>
      </w:pPr>
    </w:p>
    <w:p w14:paraId="375C9E02" w14:textId="77777777" w:rsidR="002A7742" w:rsidRDefault="00000000">
      <w:pPr>
        <w:jc w:val="center"/>
      </w:pPr>
      <w:r>
        <w:rPr>
          <w:noProof/>
        </w:rPr>
        <w:drawing>
          <wp:inline distT="0" distB="0" distL="0" distR="0" wp14:anchorId="3BDF0A97" wp14:editId="76A60D68">
            <wp:extent cx="5212080" cy="52120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_clean_professional_promotional_poster_graphic_d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521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68A17" w14:textId="77777777" w:rsidR="002A7742" w:rsidRDefault="00000000">
      <w:r>
        <w:br w:type="page"/>
      </w:r>
    </w:p>
    <w:p w14:paraId="1C8C8C9E" w14:textId="77777777" w:rsidR="002A7742" w:rsidRDefault="00000000">
      <w:pPr>
        <w:pStyle w:val="Titre2"/>
      </w:pPr>
      <w:r>
        <w:lastRenderedPageBreak/>
        <w:t>Présentation</w:t>
      </w:r>
    </w:p>
    <w:p w14:paraId="56FB5167" w14:textId="77777777" w:rsidR="002A7742" w:rsidRDefault="00000000">
      <w:r>
        <w:t>Créé en hommage au Docteur Jean‑Laurent Medhi, ce prix récompense un jeune chirurgien ayant réalisé un travail académique remarquable en chirurgie gynécologique.</w:t>
      </w:r>
    </w:p>
    <w:p w14:paraId="026ECB9E" w14:textId="77777777" w:rsidR="002A7742" w:rsidRDefault="00000000">
      <w:pPr>
        <w:pStyle w:val="Titre2"/>
      </w:pPr>
      <w:r>
        <w:t>Conditions de candidature</w:t>
      </w:r>
    </w:p>
    <w:p w14:paraId="6F860ECA" w14:textId="77777777" w:rsidR="002A7742" w:rsidRDefault="00000000">
      <w:r>
        <w:t>• Interne, CCA, assistant ou jeune praticien.</w:t>
      </w:r>
      <w:r>
        <w:br/>
        <w:t>• Membre SCGP à jour de cotisation.</w:t>
      </w:r>
      <w:r>
        <w:br/>
        <w:t>• Ouvert à l'ensemble des territoires.</w:t>
      </w:r>
    </w:p>
    <w:p w14:paraId="04F2438A" w14:textId="77777777" w:rsidR="002A7742" w:rsidRDefault="00000000">
      <w:pPr>
        <w:pStyle w:val="Titre2"/>
      </w:pPr>
      <w:r>
        <w:t>Informations du candidat</w:t>
      </w:r>
    </w:p>
    <w:p w14:paraId="5D15BB9B" w14:textId="77777777" w:rsidR="002A7742" w:rsidRDefault="00000000">
      <w:r>
        <w:t>Nom :</w:t>
      </w:r>
      <w:r>
        <w:br/>
        <w:t>Prénom :</w:t>
      </w:r>
      <w:r>
        <w:br/>
        <w:t>Établissement :</w:t>
      </w:r>
      <w:r>
        <w:br/>
        <w:t>Service :</w:t>
      </w:r>
      <w:r>
        <w:br/>
        <w:t>Fonction :</w:t>
      </w:r>
      <w:r>
        <w:br/>
        <w:t>Téléphone :</w:t>
      </w:r>
      <w:r>
        <w:br/>
        <w:t>E-mail :</w:t>
      </w:r>
    </w:p>
    <w:p w14:paraId="25CB052C" w14:textId="77777777" w:rsidR="002A7742" w:rsidRDefault="00000000">
      <w:pPr>
        <w:pStyle w:val="Titre2"/>
      </w:pPr>
      <w:r>
        <w:t>Travail présenté</w:t>
      </w:r>
    </w:p>
    <w:p w14:paraId="789236FB" w14:textId="77777777" w:rsidR="002A7742" w:rsidRDefault="00000000">
      <w:r>
        <w:t>Titre du travail :</w:t>
      </w:r>
      <w:r>
        <w:br/>
        <w:t>Type : Mémoire / Thèse / Publication / Série clinique / Projet de recherche</w:t>
      </w:r>
      <w:r>
        <w:br/>
        <w:t>Encadrant(s) :</w:t>
      </w:r>
    </w:p>
    <w:p w14:paraId="1C543EC3" w14:textId="77777777" w:rsidR="002A7742" w:rsidRDefault="00000000">
      <w:pPr>
        <w:pStyle w:val="Titre2"/>
      </w:pPr>
      <w:r>
        <w:t>Résumé scientifique</w:t>
      </w:r>
    </w:p>
    <w:p w14:paraId="66F870D1" w14:textId="77777777" w:rsidR="002A7742" w:rsidRDefault="00000000">
      <w:r>
        <w:t>Contexte</w:t>
      </w:r>
      <w:r>
        <w:br/>
        <w:t>Objectif</w:t>
      </w:r>
      <w:r>
        <w:br/>
        <w:t>Méthodologie</w:t>
      </w:r>
      <w:r>
        <w:br/>
        <w:t>Résultats</w:t>
      </w:r>
      <w:r>
        <w:br/>
        <w:t>Conclusion</w:t>
      </w:r>
    </w:p>
    <w:p w14:paraId="640CE1AF" w14:textId="77777777" w:rsidR="002A7742" w:rsidRDefault="00000000">
      <w:pPr>
        <w:pStyle w:val="Titre2"/>
      </w:pPr>
      <w:r>
        <w:t>Pièces à joindre</w:t>
      </w:r>
    </w:p>
    <w:p w14:paraId="5D3AD5A8" w14:textId="77777777" w:rsidR="002A7742" w:rsidRDefault="00000000">
      <w:r>
        <w:t>CV</w:t>
      </w:r>
      <w:r>
        <w:br/>
        <w:t>Lettre de motivation</w:t>
      </w:r>
      <w:r>
        <w:br/>
        <w:t>Travail complet</w:t>
      </w:r>
      <w:r>
        <w:br/>
        <w:t>Résumé (2 pages)</w:t>
      </w:r>
      <w:r>
        <w:br/>
        <w:t>Publications éventuelles</w:t>
      </w:r>
    </w:p>
    <w:p w14:paraId="35237B21" w14:textId="77777777" w:rsidR="002A7742" w:rsidRDefault="00000000">
      <w:pPr>
        <w:pStyle w:val="Titre2"/>
      </w:pPr>
      <w:r>
        <w:t>Modalités</w:t>
      </w:r>
    </w:p>
    <w:p w14:paraId="2D376673" w14:textId="77777777" w:rsidR="002A7742" w:rsidRDefault="00000000">
      <w:r>
        <w:t>Envoi : secretariat@scgp-asso.fr</w:t>
      </w:r>
      <w:r>
        <w:br/>
        <w:t>Objet : Candidature – Prix Jean-Laurent Medhi 2027</w:t>
      </w:r>
      <w:r>
        <w:br/>
        <w:t>Remise du prix : SCGP Angers – Septembre 2027</w:t>
      </w:r>
    </w:p>
    <w:sectPr w:rsidR="002A7742" w:rsidSect="00034616">
      <w:pgSz w:w="12240" w:h="15840"/>
      <w:pgMar w:top="864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1582679">
    <w:abstractNumId w:val="8"/>
  </w:num>
  <w:num w:numId="2" w16cid:durableId="347756230">
    <w:abstractNumId w:val="6"/>
  </w:num>
  <w:num w:numId="3" w16cid:durableId="222066223">
    <w:abstractNumId w:val="5"/>
  </w:num>
  <w:num w:numId="4" w16cid:durableId="691884884">
    <w:abstractNumId w:val="4"/>
  </w:num>
  <w:num w:numId="5" w16cid:durableId="1814104105">
    <w:abstractNumId w:val="7"/>
  </w:num>
  <w:num w:numId="6" w16cid:durableId="1046105401">
    <w:abstractNumId w:val="3"/>
  </w:num>
  <w:num w:numId="7" w16cid:durableId="1971204489">
    <w:abstractNumId w:val="2"/>
  </w:num>
  <w:num w:numId="8" w16cid:durableId="286473104">
    <w:abstractNumId w:val="1"/>
  </w:num>
  <w:num w:numId="9" w16cid:durableId="48667824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3B67"/>
    <w:rsid w:val="00034616"/>
    <w:rsid w:val="0006063C"/>
    <w:rsid w:val="00093927"/>
    <w:rsid w:val="0015074B"/>
    <w:rsid w:val="0029639D"/>
    <w:rsid w:val="002A7742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4D561E"/>
  <w14:defaultImageDpi w14:val="300"/>
  <w15:docId w15:val="{D88597A8-CF2E-0F4A-A002-5D42164D2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013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customStyle="1" w:styleId="apple-converted-space">
    <w:name w:val="apple-converted-space"/>
    <w:basedOn w:val="Policepardfaut"/>
    <w:rsid w:val="00013B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160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Ingrid LAISNE</cp:lastModifiedBy>
  <cp:revision>2</cp:revision>
  <dcterms:created xsi:type="dcterms:W3CDTF">2013-12-23T23:15:00Z</dcterms:created>
  <dcterms:modified xsi:type="dcterms:W3CDTF">2026-09-25T09:43:00Z</dcterms:modified>
  <cp:category/>
</cp:coreProperties>
</file>